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Liner XL">
    <w:altName w:val="Times New Roman"/>
    <w:charset w:val="00"/>
    <w:family w:val="auto"/>
    <w:pitch w:val="variable"/>
    <w:sig w:usb0="80002027" w:usb1="D000004A" w:usb2="00000008" w:usb3="00000000" w:csb0="00000041" w:csb1="00000000"/>
  </w:font>
  <w:font w:name="DecoType Naskh Special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872A45"/>
    <w:multiLevelType w:val="hybridMultilevel"/>
    <w:tmpl w:val="D45C8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C84962"/>
    <w:multiLevelType w:val="hybridMultilevel"/>
    <w:tmpl w:val="0968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642F4"/>
    <w:multiLevelType w:val="hybridMultilevel"/>
    <w:tmpl w:val="84E02C84"/>
    <w:lvl w:ilvl="0" w:tplc="03FC2962">
      <w:start w:val="1"/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01D616B"/>
    <w:multiLevelType w:val="hybridMultilevel"/>
    <w:tmpl w:val="1A4634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7119BB"/>
    <w:multiLevelType w:val="hybridMultilevel"/>
    <w:tmpl w:val="ACA00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97C58"/>
    <w:multiLevelType w:val="hybridMultilevel"/>
    <w:tmpl w:val="30F8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2A5F30"/>
    <w:multiLevelType w:val="hybridMultilevel"/>
    <w:tmpl w:val="AC583B8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54B8B4">
      <w:numFmt w:val="bullet"/>
      <w:lvlText w:val="•"/>
      <w:lvlJc w:val="left"/>
      <w:pPr>
        <w:ind w:left="1800" w:hanging="360"/>
      </w:pPr>
      <w:rPr>
        <w:rFonts w:ascii="Sakkal Majalla" w:eastAsiaTheme="minorEastAsia" w:hAnsi="Sakkal Majalla" w:cs="Sakkal Majalla" w:hint="default"/>
        <w:color w:val="1F4E79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9E44A1"/>
    <w:multiLevelType w:val="hybridMultilevel"/>
    <w:tmpl w:val="294E1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6606A"/>
    <w:multiLevelType w:val="hybridMultilevel"/>
    <w:tmpl w:val="2A7E6742"/>
    <w:lvl w:ilvl="0" w:tplc="04090005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18" w15:restartNumberingAfterBreak="0">
    <w:nsid w:val="33A33EE7"/>
    <w:multiLevelType w:val="hybridMultilevel"/>
    <w:tmpl w:val="D8BC4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4B8B4">
      <w:numFmt w:val="bullet"/>
      <w:lvlText w:val="•"/>
      <w:lvlJc w:val="left"/>
      <w:pPr>
        <w:ind w:left="1440" w:hanging="360"/>
      </w:pPr>
      <w:rPr>
        <w:rFonts w:ascii="Sakkal Majalla" w:eastAsiaTheme="minorEastAsia" w:hAnsi="Sakkal Majalla" w:cs="Sakkal Majalla" w:hint="default"/>
        <w:color w:val="1F4E79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44D52"/>
    <w:multiLevelType w:val="hybridMultilevel"/>
    <w:tmpl w:val="F31AE030"/>
    <w:lvl w:ilvl="0" w:tplc="0AAE1C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73F9E"/>
    <w:multiLevelType w:val="hybridMultilevel"/>
    <w:tmpl w:val="14A2F4E0"/>
    <w:lvl w:ilvl="0" w:tplc="BF58495E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46D22"/>
    <w:multiLevelType w:val="hybridMultilevel"/>
    <w:tmpl w:val="FDE61FAA"/>
    <w:lvl w:ilvl="0" w:tplc="03FC2962">
      <w:start w:val="1"/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6C3DF0"/>
    <w:multiLevelType w:val="hybridMultilevel"/>
    <w:tmpl w:val="D3063260"/>
    <w:lvl w:ilvl="0" w:tplc="3C54B8B4">
      <w:numFmt w:val="bullet"/>
      <w:lvlText w:val="•"/>
      <w:lvlJc w:val="left"/>
      <w:pPr>
        <w:ind w:left="1080" w:hanging="360"/>
      </w:pPr>
      <w:rPr>
        <w:rFonts w:ascii="Sakkal Majalla" w:eastAsiaTheme="minorEastAsia" w:hAnsi="Sakkal Majalla" w:cs="Sakkal Majalla" w:hint="default"/>
        <w:color w:val="1F4E79"/>
      </w:rPr>
    </w:lvl>
    <w:lvl w:ilvl="1" w:tplc="FFFFFFFF">
      <w:numFmt w:val="bullet"/>
      <w:lvlText w:val="•"/>
      <w:lvlJc w:val="left"/>
      <w:pPr>
        <w:ind w:left="1800" w:hanging="360"/>
      </w:pPr>
      <w:rPr>
        <w:rFonts w:ascii="Sakkal Majalla" w:eastAsiaTheme="minorEastAsia" w:hAnsi="Sakkal Majalla" w:cs="Sakkal Majalla" w:hint="default"/>
        <w:color w:val="1F4E79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1E5866"/>
    <w:multiLevelType w:val="hybridMultilevel"/>
    <w:tmpl w:val="28AA6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71D68"/>
    <w:multiLevelType w:val="hybridMultilevel"/>
    <w:tmpl w:val="8438BEC6"/>
    <w:lvl w:ilvl="0" w:tplc="340ADE7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D0D0D" w:themeColor="text1" w:themeTint="F2"/>
      </w:rPr>
    </w:lvl>
    <w:lvl w:ilvl="1" w:tplc="FFFFFFFF">
      <w:numFmt w:val="bullet"/>
      <w:lvlText w:val="•"/>
      <w:lvlJc w:val="left"/>
      <w:pPr>
        <w:ind w:left="1800" w:hanging="360"/>
      </w:pPr>
      <w:rPr>
        <w:rFonts w:ascii="Sakkal Majalla" w:eastAsiaTheme="minorEastAsia" w:hAnsi="Sakkal Majalla" w:cs="Sakkal Majalla" w:hint="default"/>
        <w:color w:val="1F4E79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86115D"/>
    <w:multiLevelType w:val="hybridMultilevel"/>
    <w:tmpl w:val="AC920B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C3B2B"/>
    <w:multiLevelType w:val="hybridMultilevel"/>
    <w:tmpl w:val="40182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23DB2"/>
    <w:multiLevelType w:val="hybridMultilevel"/>
    <w:tmpl w:val="06DC7C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6177B"/>
    <w:multiLevelType w:val="hybridMultilevel"/>
    <w:tmpl w:val="CDF4C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61264C"/>
    <w:multiLevelType w:val="hybridMultilevel"/>
    <w:tmpl w:val="DAA23386"/>
    <w:lvl w:ilvl="0" w:tplc="B04251E2">
      <w:start w:val="5"/>
      <w:numFmt w:val="bullet"/>
      <w:lvlText w:val="•"/>
      <w:lvlJc w:val="left"/>
      <w:pPr>
        <w:ind w:left="720" w:hanging="720"/>
      </w:pPr>
      <w:rPr>
        <w:rFonts w:ascii="Sakkal Majalla" w:eastAsiaTheme="minorEastAsia" w:hAnsi="Sakkal Majalla" w:cs="Sakkal Majall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543155"/>
    <w:multiLevelType w:val="hybridMultilevel"/>
    <w:tmpl w:val="9A66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6323FE"/>
    <w:multiLevelType w:val="hybridMultilevel"/>
    <w:tmpl w:val="15281AE4"/>
    <w:lvl w:ilvl="0" w:tplc="03FC2962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731FA"/>
    <w:multiLevelType w:val="hybridMultilevel"/>
    <w:tmpl w:val="20AE1494"/>
    <w:lvl w:ilvl="0" w:tplc="ED48613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0A011C"/>
    <w:multiLevelType w:val="hybridMultilevel"/>
    <w:tmpl w:val="1D2EE76A"/>
    <w:lvl w:ilvl="0" w:tplc="03FC2962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0"/>
  </w:num>
  <w:num w:numId="4">
    <w:abstractNumId w:val="27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9"/>
  </w:num>
  <w:num w:numId="16">
    <w:abstractNumId w:val="10"/>
  </w:num>
  <w:num w:numId="17">
    <w:abstractNumId w:val="29"/>
  </w:num>
  <w:num w:numId="18">
    <w:abstractNumId w:val="18"/>
  </w:num>
  <w:num w:numId="19">
    <w:abstractNumId w:val="25"/>
  </w:num>
  <w:num w:numId="20">
    <w:abstractNumId w:val="23"/>
  </w:num>
  <w:num w:numId="21">
    <w:abstractNumId w:val="26"/>
  </w:num>
  <w:num w:numId="22">
    <w:abstractNumId w:val="28"/>
  </w:num>
  <w:num w:numId="23">
    <w:abstractNumId w:val="15"/>
  </w:num>
  <w:num w:numId="24">
    <w:abstractNumId w:val="17"/>
  </w:num>
  <w:num w:numId="25">
    <w:abstractNumId w:val="22"/>
  </w:num>
  <w:num w:numId="26">
    <w:abstractNumId w:val="24"/>
  </w:num>
  <w:num w:numId="27">
    <w:abstractNumId w:val="16"/>
  </w:num>
  <w:num w:numId="28">
    <w:abstractNumId w:val="20"/>
  </w:num>
  <w:num w:numId="29">
    <w:abstractNumId w:val="33"/>
  </w:num>
  <w:num w:numId="30">
    <w:abstractNumId w:val="32"/>
  </w:num>
  <w:num w:numId="31">
    <w:abstractNumId w:val="11"/>
  </w:num>
  <w:num w:numId="32">
    <w:abstractNumId w:val="13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95"/>
    <w:rsid w:val="000028DC"/>
    <w:rsid w:val="00014F10"/>
    <w:rsid w:val="001266AD"/>
    <w:rsid w:val="001303A2"/>
    <w:rsid w:val="001331F1"/>
    <w:rsid w:val="0019021A"/>
    <w:rsid w:val="00194C36"/>
    <w:rsid w:val="0023757A"/>
    <w:rsid w:val="00292394"/>
    <w:rsid w:val="002C1A27"/>
    <w:rsid w:val="002D65A4"/>
    <w:rsid w:val="00322A11"/>
    <w:rsid w:val="003C55B8"/>
    <w:rsid w:val="004070A2"/>
    <w:rsid w:val="004537F4"/>
    <w:rsid w:val="004758FB"/>
    <w:rsid w:val="004C7007"/>
    <w:rsid w:val="004E7B93"/>
    <w:rsid w:val="005103D1"/>
    <w:rsid w:val="00562065"/>
    <w:rsid w:val="005D3093"/>
    <w:rsid w:val="005F3AAA"/>
    <w:rsid w:val="00697A6B"/>
    <w:rsid w:val="006D321B"/>
    <w:rsid w:val="007D5218"/>
    <w:rsid w:val="00992785"/>
    <w:rsid w:val="00A32C74"/>
    <w:rsid w:val="00A40408"/>
    <w:rsid w:val="00A41895"/>
    <w:rsid w:val="00A90C26"/>
    <w:rsid w:val="00AB5B4B"/>
    <w:rsid w:val="00AE5664"/>
    <w:rsid w:val="00CD334B"/>
    <w:rsid w:val="00D34771"/>
    <w:rsid w:val="00D85653"/>
    <w:rsid w:val="00E22642"/>
    <w:rsid w:val="00E84AC0"/>
    <w:rsid w:val="00EC6CED"/>
    <w:rsid w:val="00F019EF"/>
    <w:rsid w:val="00F4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E0232"/>
  <w15:chartTrackingRefBased/>
  <w15:docId w15:val="{7CD5E6F4-A2ED-4128-A5DF-014DA235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8FB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521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21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218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218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218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218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218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218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218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21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521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5218"/>
    <w:rPr>
      <w:rFonts w:asciiTheme="majorHAnsi" w:eastAsiaTheme="majorEastAsia" w:hAnsiTheme="majorHAnsi" w:cstheme="majorBidi"/>
      <w:b/>
      <w:bCs/>
      <w:color w:val="5B9BD5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218"/>
    <w:rPr>
      <w:rFonts w:asciiTheme="majorHAnsi" w:eastAsiaTheme="majorEastAsia" w:hAnsiTheme="majorHAnsi" w:cstheme="majorBidi"/>
      <w:b/>
      <w:bCs/>
      <w:i/>
      <w:iCs/>
      <w:color w:val="5B9BD5" w:themeColor="accent1"/>
      <w:sz w:val="26"/>
    </w:rPr>
  </w:style>
  <w:style w:type="paragraph" w:styleId="Header">
    <w:name w:val="header"/>
    <w:basedOn w:val="Normal"/>
    <w:link w:val="HeaderChar"/>
    <w:uiPriority w:val="99"/>
    <w:unhideWhenUsed/>
    <w:rsid w:val="0047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8FB"/>
  </w:style>
  <w:style w:type="paragraph" w:styleId="Footer">
    <w:name w:val="footer"/>
    <w:basedOn w:val="Normal"/>
    <w:link w:val="FooterChar"/>
    <w:uiPriority w:val="99"/>
    <w:unhideWhenUsed/>
    <w:qFormat/>
    <w:rsid w:val="0047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8FB"/>
  </w:style>
  <w:style w:type="paragraph" w:styleId="NoSpacing">
    <w:name w:val="No Spacing"/>
    <w:link w:val="NoSpacingChar"/>
    <w:uiPriority w:val="1"/>
    <w:qFormat/>
    <w:rsid w:val="00D85653"/>
    <w:pPr>
      <w:spacing w:after="0" w:line="240" w:lineRule="auto"/>
    </w:pPr>
    <w:rPr>
      <w:color w:val="44546A" w:themeColor="text2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D5218"/>
    <w:rPr>
      <w:color w:val="44546A" w:themeColor="text2"/>
      <w:sz w:val="20"/>
      <w:szCs w:val="20"/>
    </w:rPr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6D321B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qFormat/>
    <w:locked/>
    <w:rsid w:val="006D321B"/>
  </w:style>
  <w:style w:type="table" w:styleId="TableGrid">
    <w:name w:val="Table Grid"/>
    <w:basedOn w:val="TableNormal"/>
    <w:uiPriority w:val="59"/>
    <w:rsid w:val="00697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7D5218"/>
    <w:rPr>
      <w:rFonts w:asciiTheme="majorHAnsi" w:eastAsiaTheme="majorEastAsia" w:hAnsiTheme="majorHAnsi" w:cstheme="majorBidi"/>
      <w:color w:val="1F4D78" w:themeColor="accent1" w:themeShade="7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218"/>
    <w:rPr>
      <w:rFonts w:asciiTheme="majorHAnsi" w:eastAsiaTheme="majorEastAsia" w:hAnsiTheme="majorHAnsi" w:cstheme="majorBidi"/>
      <w:i/>
      <w:iCs/>
      <w:color w:val="1F4D78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218"/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21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2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D52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D52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21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521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7D5218"/>
    <w:pPr>
      <w:spacing w:after="120" w:line="276" w:lineRule="auto"/>
    </w:pPr>
    <w:rPr>
      <w:rFonts w:ascii="Arial" w:eastAsiaTheme="minorEastAsia" w:hAnsi="Arial" w:cs="Arial"/>
      <w:sz w:val="26"/>
    </w:rPr>
  </w:style>
  <w:style w:type="character" w:customStyle="1" w:styleId="BodyTextChar">
    <w:name w:val="Body Text Char"/>
    <w:basedOn w:val="DefaultParagraphFont"/>
    <w:link w:val="BodyText"/>
    <w:uiPriority w:val="99"/>
    <w:rsid w:val="007D5218"/>
    <w:rPr>
      <w:rFonts w:ascii="Arial" w:eastAsiaTheme="minorEastAsia" w:hAnsi="Arial" w:cs="Arial"/>
      <w:sz w:val="26"/>
    </w:rPr>
  </w:style>
  <w:style w:type="paragraph" w:styleId="BodyText2">
    <w:name w:val="Body Text 2"/>
    <w:basedOn w:val="Normal"/>
    <w:link w:val="BodyText2Char"/>
    <w:uiPriority w:val="99"/>
    <w:unhideWhenUsed/>
    <w:rsid w:val="007D5218"/>
    <w:pPr>
      <w:spacing w:after="120" w:line="480" w:lineRule="auto"/>
    </w:pPr>
    <w:rPr>
      <w:rFonts w:ascii="Arial" w:eastAsiaTheme="minorEastAsia" w:hAnsi="Arial" w:cs="Arial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rsid w:val="007D5218"/>
    <w:rPr>
      <w:rFonts w:ascii="Arial" w:eastAsiaTheme="minorEastAsia" w:hAnsi="Arial" w:cs="Arial"/>
      <w:sz w:val="26"/>
    </w:rPr>
  </w:style>
  <w:style w:type="paragraph" w:styleId="BodyText3">
    <w:name w:val="Body Text 3"/>
    <w:basedOn w:val="Normal"/>
    <w:link w:val="BodyText3Char"/>
    <w:uiPriority w:val="99"/>
    <w:unhideWhenUsed/>
    <w:rsid w:val="007D5218"/>
    <w:pPr>
      <w:spacing w:after="120" w:line="276" w:lineRule="auto"/>
    </w:pPr>
    <w:rPr>
      <w:rFonts w:ascii="Arial" w:eastAsiaTheme="minorEastAsia" w:hAnsi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D5218"/>
    <w:rPr>
      <w:rFonts w:ascii="Arial" w:eastAsiaTheme="minorEastAsia" w:hAnsi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7D5218"/>
    <w:pPr>
      <w:spacing w:after="200" w:line="276" w:lineRule="auto"/>
      <w:ind w:left="360" w:hanging="360"/>
      <w:contextualSpacing/>
    </w:pPr>
    <w:rPr>
      <w:rFonts w:ascii="Arial" w:eastAsiaTheme="minorEastAsia" w:hAnsi="Arial" w:cs="Arial"/>
      <w:sz w:val="26"/>
    </w:rPr>
  </w:style>
  <w:style w:type="paragraph" w:styleId="List2">
    <w:name w:val="List 2"/>
    <w:basedOn w:val="Normal"/>
    <w:uiPriority w:val="99"/>
    <w:unhideWhenUsed/>
    <w:rsid w:val="007D5218"/>
    <w:pPr>
      <w:spacing w:after="200" w:line="276" w:lineRule="auto"/>
      <w:ind w:left="720" w:hanging="360"/>
      <w:contextualSpacing/>
    </w:pPr>
    <w:rPr>
      <w:rFonts w:ascii="Arial" w:eastAsiaTheme="minorEastAsia" w:hAnsi="Arial" w:cs="Arial"/>
      <w:sz w:val="26"/>
    </w:rPr>
  </w:style>
  <w:style w:type="paragraph" w:styleId="List3">
    <w:name w:val="List 3"/>
    <w:basedOn w:val="Normal"/>
    <w:uiPriority w:val="99"/>
    <w:unhideWhenUsed/>
    <w:rsid w:val="007D5218"/>
    <w:pPr>
      <w:spacing w:after="200" w:line="276" w:lineRule="auto"/>
      <w:ind w:left="1080" w:hanging="360"/>
      <w:contextualSpacing/>
    </w:pPr>
    <w:rPr>
      <w:rFonts w:ascii="Arial" w:eastAsiaTheme="minorEastAsia" w:hAnsi="Arial" w:cs="Arial"/>
      <w:sz w:val="26"/>
    </w:rPr>
  </w:style>
  <w:style w:type="paragraph" w:styleId="ListBullet">
    <w:name w:val="List Bullet"/>
    <w:basedOn w:val="Normal"/>
    <w:uiPriority w:val="99"/>
    <w:unhideWhenUsed/>
    <w:rsid w:val="007D5218"/>
    <w:pPr>
      <w:numPr>
        <w:numId w:val="5"/>
      </w:numPr>
      <w:spacing w:after="200" w:line="276" w:lineRule="auto"/>
      <w:contextualSpacing/>
    </w:pPr>
    <w:rPr>
      <w:rFonts w:ascii="Arial" w:eastAsiaTheme="minorEastAsia" w:hAnsi="Arial" w:cs="Arial"/>
      <w:sz w:val="26"/>
    </w:rPr>
  </w:style>
  <w:style w:type="paragraph" w:styleId="ListBullet2">
    <w:name w:val="List Bullet 2"/>
    <w:basedOn w:val="Normal"/>
    <w:uiPriority w:val="99"/>
    <w:unhideWhenUsed/>
    <w:rsid w:val="007D5218"/>
    <w:pPr>
      <w:numPr>
        <w:numId w:val="6"/>
      </w:numPr>
      <w:spacing w:after="200" w:line="276" w:lineRule="auto"/>
      <w:contextualSpacing/>
    </w:pPr>
    <w:rPr>
      <w:rFonts w:ascii="Arial" w:eastAsiaTheme="minorEastAsia" w:hAnsi="Arial" w:cs="Arial"/>
      <w:sz w:val="26"/>
    </w:rPr>
  </w:style>
  <w:style w:type="paragraph" w:styleId="ListBullet3">
    <w:name w:val="List Bullet 3"/>
    <w:basedOn w:val="Normal"/>
    <w:uiPriority w:val="99"/>
    <w:unhideWhenUsed/>
    <w:rsid w:val="007D5218"/>
    <w:pPr>
      <w:numPr>
        <w:numId w:val="7"/>
      </w:numPr>
      <w:spacing w:after="200" w:line="276" w:lineRule="auto"/>
      <w:contextualSpacing/>
    </w:pPr>
    <w:rPr>
      <w:rFonts w:ascii="Arial" w:eastAsiaTheme="minorEastAsia" w:hAnsi="Arial" w:cs="Arial"/>
      <w:sz w:val="26"/>
    </w:rPr>
  </w:style>
  <w:style w:type="paragraph" w:styleId="ListNumber">
    <w:name w:val="List Number"/>
    <w:basedOn w:val="Normal"/>
    <w:uiPriority w:val="99"/>
    <w:unhideWhenUsed/>
    <w:rsid w:val="007D5218"/>
    <w:pPr>
      <w:numPr>
        <w:numId w:val="9"/>
      </w:numPr>
      <w:spacing w:after="200" w:line="276" w:lineRule="auto"/>
      <w:contextualSpacing/>
    </w:pPr>
    <w:rPr>
      <w:rFonts w:ascii="Arial" w:eastAsiaTheme="minorEastAsia" w:hAnsi="Arial" w:cs="Arial"/>
      <w:sz w:val="26"/>
    </w:rPr>
  </w:style>
  <w:style w:type="paragraph" w:styleId="ListNumber2">
    <w:name w:val="List Number 2"/>
    <w:basedOn w:val="Normal"/>
    <w:uiPriority w:val="99"/>
    <w:unhideWhenUsed/>
    <w:rsid w:val="007D5218"/>
    <w:pPr>
      <w:numPr>
        <w:numId w:val="10"/>
      </w:numPr>
      <w:spacing w:after="200" w:line="276" w:lineRule="auto"/>
      <w:contextualSpacing/>
    </w:pPr>
    <w:rPr>
      <w:rFonts w:ascii="Arial" w:eastAsiaTheme="minorEastAsia" w:hAnsi="Arial" w:cs="Arial"/>
      <w:sz w:val="26"/>
    </w:rPr>
  </w:style>
  <w:style w:type="paragraph" w:styleId="ListNumber3">
    <w:name w:val="List Number 3"/>
    <w:basedOn w:val="Normal"/>
    <w:uiPriority w:val="99"/>
    <w:unhideWhenUsed/>
    <w:rsid w:val="007D5218"/>
    <w:pPr>
      <w:numPr>
        <w:numId w:val="11"/>
      </w:numPr>
      <w:spacing w:after="200" w:line="276" w:lineRule="auto"/>
      <w:contextualSpacing/>
    </w:pPr>
    <w:rPr>
      <w:rFonts w:ascii="Arial" w:eastAsiaTheme="minorEastAsia" w:hAnsi="Arial" w:cs="Arial"/>
      <w:sz w:val="26"/>
    </w:rPr>
  </w:style>
  <w:style w:type="paragraph" w:styleId="ListContinue">
    <w:name w:val="List Continue"/>
    <w:basedOn w:val="Normal"/>
    <w:uiPriority w:val="99"/>
    <w:unhideWhenUsed/>
    <w:rsid w:val="007D5218"/>
    <w:pPr>
      <w:spacing w:after="120" w:line="276" w:lineRule="auto"/>
      <w:ind w:left="360"/>
      <w:contextualSpacing/>
    </w:pPr>
    <w:rPr>
      <w:rFonts w:ascii="Arial" w:eastAsiaTheme="minorEastAsia" w:hAnsi="Arial" w:cs="Arial"/>
      <w:sz w:val="26"/>
    </w:rPr>
  </w:style>
  <w:style w:type="paragraph" w:styleId="ListContinue2">
    <w:name w:val="List Continue 2"/>
    <w:basedOn w:val="Normal"/>
    <w:uiPriority w:val="99"/>
    <w:unhideWhenUsed/>
    <w:rsid w:val="007D5218"/>
    <w:pPr>
      <w:spacing w:after="120" w:line="276" w:lineRule="auto"/>
      <w:ind w:left="720"/>
      <w:contextualSpacing/>
    </w:pPr>
    <w:rPr>
      <w:rFonts w:ascii="Arial" w:eastAsiaTheme="minorEastAsia" w:hAnsi="Arial" w:cs="Arial"/>
      <w:sz w:val="26"/>
    </w:rPr>
  </w:style>
  <w:style w:type="paragraph" w:styleId="ListContinue3">
    <w:name w:val="List Continue 3"/>
    <w:basedOn w:val="Normal"/>
    <w:uiPriority w:val="99"/>
    <w:unhideWhenUsed/>
    <w:rsid w:val="007D5218"/>
    <w:pPr>
      <w:spacing w:after="120" w:line="276" w:lineRule="auto"/>
      <w:ind w:left="1080"/>
      <w:contextualSpacing/>
    </w:pPr>
    <w:rPr>
      <w:rFonts w:ascii="Arial" w:eastAsiaTheme="minorEastAsia" w:hAnsi="Arial" w:cs="Arial"/>
      <w:sz w:val="26"/>
    </w:rPr>
  </w:style>
  <w:style w:type="paragraph" w:styleId="MacroText">
    <w:name w:val="macro"/>
    <w:link w:val="MacroTextChar"/>
    <w:uiPriority w:val="99"/>
    <w:unhideWhenUsed/>
    <w:rsid w:val="007D5218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7D5218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D5218"/>
    <w:pPr>
      <w:spacing w:after="200" w:line="276" w:lineRule="auto"/>
    </w:pPr>
    <w:rPr>
      <w:rFonts w:ascii="Arial" w:eastAsiaTheme="minorEastAsia" w:hAnsi="Arial" w:cs="Arial"/>
      <w:i/>
      <w:iCs/>
      <w:color w:val="000000" w:themeColor="tex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D5218"/>
    <w:rPr>
      <w:rFonts w:ascii="Arial" w:eastAsiaTheme="minorEastAsia" w:hAnsi="Arial" w:cs="Arial"/>
      <w:i/>
      <w:iCs/>
      <w:color w:val="000000" w:themeColor="text1"/>
      <w:sz w:val="26"/>
    </w:rPr>
  </w:style>
  <w:style w:type="character" w:styleId="Strong">
    <w:name w:val="Strong"/>
    <w:basedOn w:val="DefaultParagraphFont"/>
    <w:uiPriority w:val="22"/>
    <w:qFormat/>
    <w:rsid w:val="007D5218"/>
    <w:rPr>
      <w:b/>
      <w:bCs/>
    </w:rPr>
  </w:style>
  <w:style w:type="character" w:styleId="Emphasis">
    <w:name w:val="Emphasis"/>
    <w:basedOn w:val="DefaultParagraphFont"/>
    <w:uiPriority w:val="20"/>
    <w:qFormat/>
    <w:rsid w:val="007D521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218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="Arial" w:eastAsiaTheme="minorEastAsia" w:hAnsi="Arial" w:cs="Arial"/>
      <w:b/>
      <w:bCs/>
      <w:i/>
      <w:iCs/>
      <w:color w:val="5B9BD5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218"/>
    <w:rPr>
      <w:rFonts w:ascii="Arial" w:eastAsiaTheme="minorEastAsia" w:hAnsi="Arial" w:cs="Arial"/>
      <w:b/>
      <w:bCs/>
      <w:i/>
      <w:iCs/>
      <w:color w:val="5B9BD5" w:themeColor="accent1"/>
      <w:sz w:val="26"/>
    </w:rPr>
  </w:style>
  <w:style w:type="character" w:styleId="SubtleEmphasis">
    <w:name w:val="Subtle Emphasis"/>
    <w:basedOn w:val="DefaultParagraphFont"/>
    <w:uiPriority w:val="19"/>
    <w:qFormat/>
    <w:rsid w:val="007D521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D5218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D521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D521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D521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5218"/>
    <w:pPr>
      <w:outlineLvl w:val="9"/>
    </w:pPr>
  </w:style>
  <w:style w:type="table" w:styleId="ColorfulGrid-Accent6">
    <w:name w:val="Colorful Grid Accent 6"/>
    <w:basedOn w:val="TableNormal"/>
    <w:uiPriority w:val="73"/>
    <w:rsid w:val="007D5218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PlainTable11">
    <w:name w:val="Plain Table 11"/>
    <w:basedOn w:val="TableNormal"/>
    <w:uiPriority w:val="99"/>
    <w:rsid w:val="007D521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D5218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218"/>
    <w:rPr>
      <w:rFonts w:ascii="Tahoma" w:eastAsiaTheme="minorEastAsi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F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DAFDDFDEC8424B950EDBB359A60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C8D83-5943-4ADB-BA58-5AA15A0FD721}"/>
      </w:docPartPr>
      <w:docPartBody>
        <w:p w:rsidR="002A2021" w:rsidRDefault="002A2021" w:rsidP="002A2021">
          <w:pPr>
            <w:pStyle w:val="BBDAFDDFDEC8424B950EDBB359A609AC"/>
          </w:pPr>
          <w:r>
            <w:rPr>
              <w:caps/>
              <w:color w:val="FFFFFF" w:themeColor="background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Liner XL">
    <w:altName w:val="Times New Roman"/>
    <w:charset w:val="00"/>
    <w:family w:val="auto"/>
    <w:pitch w:val="variable"/>
    <w:sig w:usb0="80002027" w:usb1="D000004A" w:usb2="00000008" w:usb3="00000000" w:csb0="00000041" w:csb1="00000000"/>
  </w:font>
  <w:font w:name="DecoType Naskh Special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21"/>
    <w:rsid w:val="002A2021"/>
    <w:rsid w:val="002D2430"/>
    <w:rsid w:val="00584362"/>
    <w:rsid w:val="006909CE"/>
    <w:rsid w:val="008112AB"/>
    <w:rsid w:val="00C0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DAFDDFDEC8424B950EDBB359A609AC">
    <w:name w:val="BBDAFDDFDEC8424B950EDBB359A609AC"/>
    <w:rsid w:val="002A2021"/>
  </w:style>
  <w:style w:type="paragraph" w:customStyle="1" w:styleId="20C8FDB383FA4A0784550F53EB7B53D8">
    <w:name w:val="20C8FDB383FA4A0784550F53EB7B53D8"/>
    <w:rsid w:val="002A2021"/>
  </w:style>
  <w:style w:type="paragraph" w:customStyle="1" w:styleId="3A9DC8F483C540F3B55716B9721FE936">
    <w:name w:val="3A9DC8F483C540F3B55716B9721FE936"/>
    <w:rsid w:val="002A2021"/>
  </w:style>
  <w:style w:type="character" w:styleId="PlaceholderText">
    <w:name w:val="Placeholder Text"/>
    <w:basedOn w:val="DefaultParagraphFont"/>
    <w:uiPriority w:val="99"/>
    <w:semiHidden/>
    <w:rsid w:val="002A2021"/>
    <w:rPr>
      <w:color w:val="808080"/>
    </w:rPr>
  </w:style>
  <w:style w:type="paragraph" w:customStyle="1" w:styleId="6FD3CBF5C3334A1F9C2FB589549CFB52">
    <w:name w:val="6FD3CBF5C3334A1F9C2FB589549CFB52"/>
    <w:rsid w:val="002A2021"/>
  </w:style>
  <w:style w:type="paragraph" w:customStyle="1" w:styleId="AA6191B306224C1287452AFBC566F967">
    <w:name w:val="AA6191B306224C1287452AFBC566F967"/>
    <w:rsid w:val="002A2021"/>
  </w:style>
  <w:style w:type="paragraph" w:customStyle="1" w:styleId="D2613E79B66940548221D941AEF3FAED">
    <w:name w:val="D2613E79B66940548221D941AEF3FAED"/>
    <w:rsid w:val="002A20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9C673-D2F2-4164-817E-A6CA7702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23</Pages>
  <Words>5224</Words>
  <Characters>29781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ورقة سياسات رقم 28 | أبريل 2026</vt:lpstr>
    </vt:vector>
  </TitlesOfParts>
  <Company/>
  <LinksUpToDate>false</LinksUpToDate>
  <CharactersWithSpaces>34936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ورقة سياسات رقم 28 | أبريل 2026</dc:title>
  <dc:subject/>
  <dc:creator>Mona</dc:creator>
  <cp:keywords/>
  <dc:description/>
  <cp:lastModifiedBy>Mona</cp:lastModifiedBy>
  <cp:revision>15</cp:revision>
  <cp:lastPrinted>2026-04-21T13:18:00Z</cp:lastPrinted>
  <dcterms:created xsi:type="dcterms:W3CDTF">2026-04-14T11:07:00Z</dcterms:created>
  <dcterms:modified xsi:type="dcterms:W3CDTF">2026-06-09T11:41:00Z</dcterms:modified>
</cp:coreProperties>
</file>